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123BC" w14:textId="77777777" w:rsidR="003C603A" w:rsidRDefault="00000000">
      <w:pPr>
        <w:pStyle w:val="aa"/>
      </w:pPr>
      <w:r>
        <w:t>研究生开学典礼发言稿</w:t>
      </w:r>
    </w:p>
    <w:p w14:paraId="62D4B0EC" w14:textId="77777777" w:rsidR="003C603A" w:rsidRDefault="00000000">
      <w:pPr>
        <w:pStyle w:val="ac"/>
      </w:pPr>
      <w:r>
        <w:t>学会借力</w:t>
      </w:r>
      <w:r>
        <w:t xml:space="preserve"> · </w:t>
      </w:r>
      <w:r>
        <w:t>有为有位</w:t>
      </w:r>
      <w:r>
        <w:t xml:space="preserve"> · </w:t>
      </w:r>
      <w:r>
        <w:t>保持热爱</w:t>
      </w:r>
    </w:p>
    <w:p w14:paraId="14942E78" w14:textId="77777777" w:rsidR="003C603A" w:rsidRDefault="00000000">
      <w:pPr>
        <w:keepNext/>
        <w:ind w:firstLine="0"/>
      </w:pPr>
      <w:r>
        <w:t>尊敬的各位领导、各位老师，亲爱的同学们：</w:t>
      </w:r>
    </w:p>
    <w:p w14:paraId="13C7782E" w14:textId="77777777" w:rsidR="003C603A" w:rsidRDefault="00000000">
      <w:r>
        <w:t>大家好！非常荣幸参加今天的开学典礼。这是我第一次参加研究生的开学典礼。</w:t>
      </w:r>
    </w:p>
    <w:p w14:paraId="665A343B" w14:textId="5BD81C59" w:rsidR="003C603A" w:rsidRDefault="00000000">
      <w:r>
        <w:t>去年，我受邀参加了我们</w:t>
      </w:r>
      <w:r w:rsidR="00ED7A97">
        <w:rPr>
          <w:rFonts w:ascii="宋体" w:eastAsia="宋体" w:hAnsi="宋体" w:cs="宋体" w:hint="eastAsia"/>
        </w:rPr>
        <w:t>学院</w:t>
      </w:r>
      <w:r>
        <w:t>本科生的开学典礼。当时，我讲过一句话：“本科四年，是人生中最重要的一段时光。”</w:t>
      </w:r>
    </w:p>
    <w:p w14:paraId="2D92AC21" w14:textId="4E31F049" w:rsidR="003C603A" w:rsidRDefault="00000000">
      <w:r>
        <w:t>今年，王亚</w:t>
      </w:r>
      <w:r w:rsidR="00350C1E">
        <w:rPr>
          <w:rFonts w:ascii="宋体" w:eastAsia="宋体" w:hAnsi="宋体" w:cs="宋体" w:hint="eastAsia"/>
        </w:rPr>
        <w:t>娜</w:t>
      </w:r>
      <w:r>
        <w:t>老师邀请我来和研究生同学们聊一聊，说我去年讲得还挺有意思。我回家认真想了想，</w:t>
      </w:r>
      <w:r w:rsidR="00EA0BAB">
        <w:rPr>
          <w:rFonts w:ascii="宋体" w:eastAsia="宋体" w:hAnsi="宋体" w:cs="宋体" w:hint="eastAsia"/>
        </w:rPr>
        <w:t>我现在</w:t>
      </w:r>
      <w:r>
        <w:t>觉得</w:t>
      </w:r>
      <w:r w:rsidR="00EA0BAB">
        <w:rPr>
          <w:rFonts w:ascii="宋体" w:eastAsia="宋体" w:hAnsi="宋体" w:cs="宋体" w:hint="eastAsia"/>
        </w:rPr>
        <w:t>，</w:t>
      </w:r>
      <w:r>
        <w:t>研究生三年，才是人生中最重要的一段时光。</w:t>
      </w:r>
    </w:p>
    <w:p w14:paraId="753E977C" w14:textId="77777777" w:rsidR="003C603A" w:rsidRDefault="00000000">
      <w:r>
        <w:t>面对本科生，我更多是以一位专业课老师的身份，和大家谈理想、谈憧憬，讲一些意气风发、未来可期的事情。今天，面对研究生，我想以研究生导师的身份，代表各位导师，讲几句推心置腹的话：可能更语重心长，也更接地气，更贴近科研和社会的实际。</w:t>
      </w:r>
    </w:p>
    <w:p w14:paraId="7D4663F5" w14:textId="77777777" w:rsidR="003C603A" w:rsidRDefault="00000000">
      <w:r>
        <w:t>我想讲三件事，都从具体的故事说起。</w:t>
      </w:r>
    </w:p>
    <w:p w14:paraId="1075AE36" w14:textId="77777777" w:rsidR="003C603A" w:rsidRDefault="00000000">
      <w:pPr>
        <w:pStyle w:val="1"/>
      </w:pPr>
      <w:r>
        <w:t>第一件事：要学会借力。</w:t>
      </w:r>
    </w:p>
    <w:p w14:paraId="0DA8F901" w14:textId="77777777" w:rsidR="003C603A" w:rsidRDefault="00000000">
      <w:r>
        <w:t>最近，大家可能看到学院微信公众号“计忆传媒”的一篇报道：一位本科生，以第一作者的身份发表了一篇SCI二区TOP论文。这个同学确实很厉害，也很努力、很虚心。</w:t>
      </w:r>
    </w:p>
    <w:p w14:paraId="2665555C" w14:textId="77777777" w:rsidR="003C603A" w:rsidRDefault="00000000">
      <w:r>
        <w:t>他是去年七月份找到我的，说自己想保研。坦白讲，也是接触了他以后，我才第一次比较具体地了解我们学校的保研要求。据他当时跟我介绍，这样一篇第一作者论文可以加三分，保研基本上就比较稳了。为了这篇文章，过去一年，我们都干得很辛苦。</w:t>
      </w:r>
    </w:p>
    <w:p w14:paraId="18887487" w14:textId="77777777" w:rsidR="003C603A" w:rsidRDefault="00000000">
      <w:r>
        <w:t>但我今天讲这件事，不是想说我帮助他发了什么文章，而是想和大家讨论一个问题：这样的竞争，到底公平不公平？</w:t>
      </w:r>
    </w:p>
    <w:p w14:paraId="45EB2B2C" w14:textId="77777777" w:rsidR="003C603A" w:rsidRDefault="00000000">
      <w:r>
        <w:lastRenderedPageBreak/>
        <w:t>今天台下坐着不少领导，我要是一上来就说“不公平”，大家可能要替我捏一把汗。先别着急，我们把这件事看具体一点。</w:t>
      </w:r>
    </w:p>
    <w:p w14:paraId="69E3FF70" w14:textId="77777777" w:rsidR="003C603A" w:rsidRDefault="00000000">
      <w:r>
        <w:t>这篇文章是在我的指导下完成的。研究过程中，我又邀请了比利时新鲁汶大学的教授一起参与、一起讨论；之后，我们还邀请了中国科学技术大学的李微雪教授共同讨论。最后，五位作者，三位教授、一位研究生、一位本科生，本科生是第一作者。</w:t>
      </w:r>
    </w:p>
    <w:p w14:paraId="6ACB5E53" w14:textId="77777777" w:rsidR="003C603A" w:rsidRDefault="00000000">
      <w:r>
        <w:t>大家想一想，三个教授带着一个本科生做研究；另一个本科生，完全靠自己在那里埋头苦干。最后，两个人拿着各自的成果去竞争。你说，这公平吗？单看获得的支持，确实不对等。</w:t>
      </w:r>
    </w:p>
    <w:p w14:paraId="16EE92E9" w14:textId="77777777" w:rsidR="003C603A" w:rsidRDefault="00000000">
      <w:r>
        <w:t>但换一个角度，合作这条路，并不是只对这一个同学开放。其他同学也可以主动联系老师，也可以寻求指导、争取合作。你没有去找，没有去沟通，没有去争取，就把所有差距都归结为“不公平”，恐怕也不合适。</w:t>
      </w:r>
    </w:p>
    <w:p w14:paraId="5986B8C1" w14:textId="77777777" w:rsidR="003C603A" w:rsidRDefault="00000000">
      <w:r>
        <w:t>当然，不是每个人都能获得同样的资源。但这个故事里，有一件事是大家可以主动去做的：学会借力。</w:t>
      </w:r>
    </w:p>
    <w:p w14:paraId="206AA23A" w14:textId="77777777" w:rsidR="003C603A" w:rsidRDefault="00000000">
      <w:r>
        <w:t>我刚博士毕业的时候，曾经问过我的博士导师：“一个人想更快地取得成功，或者说，想达到世俗意义上的成功，应该怎么做？”他给了我一句话，我到现在都记得：“要学会借力。”</w:t>
      </w:r>
    </w:p>
    <w:p w14:paraId="35DE43F1" w14:textId="3BA5DAE1" w:rsidR="003C603A" w:rsidRDefault="00000000">
      <w:r>
        <w:t>为什么我要在今天讲这个？因为有些同学读研以后，会把自己的导师放到对立面。这不是开玩笑。老师让做什么，偏偏不愿意做；总觉得老师这也不懂、那也不懂，论文不会写，学术不会做，好像只会揽项目，有时候项目也揽不来多少钱。反</w:t>
      </w:r>
      <w:r w:rsidR="00DD0EE2">
        <w:rPr>
          <w:rFonts w:ascii="宋体" w:eastAsia="宋体" w:hAnsi="宋体" w:cs="宋体" w:hint="eastAsia"/>
        </w:rPr>
        <w:t>而</w:t>
      </w:r>
      <w:r>
        <w:t>，自己什么都懂。</w:t>
      </w:r>
    </w:p>
    <w:p w14:paraId="2AE14939" w14:textId="77777777" w:rsidR="003C603A" w:rsidRDefault="00000000">
      <w:r>
        <w:t>如果抱着这种心态，把本来可以帮助你的人都推远了，那你很可能就成了刚才那个故事里，觉得自己在竞争中“吃了亏”的人。</w:t>
      </w:r>
    </w:p>
    <w:p w14:paraId="1FC2CCED" w14:textId="77777777" w:rsidR="003C603A" w:rsidRDefault="00000000">
      <w:r>
        <w:t>有不同意见，可以讨论；有自己的判断，当然应该表达。但独立思考，不等于拒绝交流；坚持己见，也不等于闭门造车。导师的经验、团队的积累、同行的建议，都是值得你主动争取的帮助。</w:t>
      </w:r>
    </w:p>
    <w:p w14:paraId="0F3C62F0" w14:textId="77777777" w:rsidR="003C603A" w:rsidRDefault="00000000">
      <w:r>
        <w:t>所以，第一件事就是：别只顾着单打独斗，要学会主动请教、取长补短、借力前行。</w:t>
      </w:r>
    </w:p>
    <w:p w14:paraId="1AAC4591" w14:textId="77777777" w:rsidR="003C603A" w:rsidRDefault="00000000">
      <w:pPr>
        <w:pStyle w:val="1"/>
      </w:pPr>
      <w:r>
        <w:lastRenderedPageBreak/>
        <w:t>第二件事：有为才能有位。</w:t>
      </w:r>
    </w:p>
    <w:p w14:paraId="5DF57DE0" w14:textId="77777777" w:rsidR="003C603A" w:rsidRDefault="00000000">
      <w:r>
        <w:t>第一个“为”，是作为的“为”；第二个“位”，是位置的“位”。有同学跟我说，第二个是不是“大胃王”的“胃”？不是。不是说有作为就能多吃，那是另一回事。</w:t>
      </w:r>
    </w:p>
    <w:p w14:paraId="2DEAEF0A" w14:textId="77777777" w:rsidR="003C603A" w:rsidRDefault="00000000">
      <w:r>
        <w:t>我的意思是：你只有有所作为，才能在一个团队里有自己的位置，才能有一定的话语权。这不只对学生如此，对老师如此，对社会上很多行业的人，也都如此。</w:t>
      </w:r>
    </w:p>
    <w:p w14:paraId="28E1255B" w14:textId="77777777" w:rsidR="003C603A" w:rsidRDefault="00000000">
      <w:r>
        <w:t>为什么讲这件事？我也不避讳，就讲前几天的一件事。我的一个研究生来找我，说：“老师，小营的条件太辛苦了，我明年想去沙河住。”</w:t>
      </w:r>
    </w:p>
    <w:p w14:paraId="6062DBEA" w14:textId="77777777" w:rsidR="003C603A" w:rsidRDefault="00000000">
      <w:r>
        <w:t>我能理解他想改善住宿条件的心情。但我的学生都在小营，平时的讨论、项目和科研都在这里进行。单独搬到沙河，对我们这个团队来说，确实不太现实。他又说：“能参加抽签就行。”</w:t>
      </w:r>
    </w:p>
    <w:p w14:paraId="4B9B8144" w14:textId="07780212" w:rsidR="003C603A" w:rsidRDefault="00000000">
      <w:r>
        <w:t>那我今天也借这个机会，提前跟在座的领导说一句：要是真能按规定参加抽签，也给我的学生留个报名机会。我今天也算来替学生“走个后门”。</w:t>
      </w:r>
    </w:p>
    <w:p w14:paraId="27BADEB4" w14:textId="77777777" w:rsidR="003C603A" w:rsidRDefault="00000000">
      <w:r>
        <w:t>玩笑归玩笑，我当时跟这个学生说的是：你先不要把精力都花在抱怨环境上，先踏踏实实做出一点成绩。</w:t>
      </w:r>
    </w:p>
    <w:p w14:paraId="46FE606E" w14:textId="77777777" w:rsidR="003C603A" w:rsidRDefault="00000000">
      <w:r>
        <w:t>我说：“你研一这一年，别说发Nature、Science，你能发一篇好的子刊，或者一篇一区论文，做出一项大家公认的好成果。到时候，学校一时解决不了的实际困难，我来想办法；真有必要，我自己出钱在小营附近给你租房子，都可以商量。”</w:t>
      </w:r>
    </w:p>
    <w:p w14:paraId="27C628EA" w14:textId="77777777" w:rsidR="003C603A" w:rsidRDefault="00000000">
      <w:r>
        <w:t>但如果这一年，始终在抱怨、在纠结，做这个做不出来，做那个也做不出来，这个项目没做好，那个项目也没做好，精力却全放在“换个地方是不是就好了”上，那别说去沙河，就算留在小营，我也得问一句：这一年，你到底把多少心思用在了正事上？</w:t>
      </w:r>
    </w:p>
    <w:p w14:paraId="781C6163" w14:textId="77777777" w:rsidR="003C603A" w:rsidRDefault="00000000">
      <w:r>
        <w:t>当然，我不是说有了成果才有资格提出生活上的合理需求。合理的困难，我们应该一起想办法。我想强调的是：争取改善条件的同时，也要把自己能做的事情做好。</w:t>
      </w:r>
    </w:p>
    <w:p w14:paraId="33C58DCE" w14:textId="757BCC55" w:rsidR="003C603A" w:rsidRDefault="00000000" w:rsidP="00963157">
      <w:r>
        <w:lastRenderedPageBreak/>
        <w:t>住宿条件紧张，也不是我们一所学校面临的问题。比如北京交通大学，</w:t>
      </w:r>
      <w:r w:rsidR="00AA31B7">
        <w:rPr>
          <w:rFonts w:ascii="宋体" w:eastAsia="宋体" w:hAnsi="宋体" w:cs="宋体" w:hint="eastAsia"/>
        </w:rPr>
        <w:t>听保研过去的同学讲</w:t>
      </w:r>
      <w:r>
        <w:t>，</w:t>
      </w:r>
      <w:r w:rsidR="00AA31B7">
        <w:rPr>
          <w:rFonts w:ascii="宋体" w:eastAsia="宋体" w:hAnsi="宋体" w:cs="宋体" w:hint="eastAsia"/>
        </w:rPr>
        <w:t>软件</w:t>
      </w:r>
      <w:r>
        <w:t>学院的专硕不安排住宿，</w:t>
      </w:r>
      <w:r w:rsidR="006A7AC7">
        <w:rPr>
          <w:rFonts w:ascii="宋体" w:eastAsia="宋体" w:hAnsi="宋体" w:cs="宋体" w:hint="eastAsia"/>
        </w:rPr>
        <w:t>学硕</w:t>
      </w:r>
      <w:r>
        <w:t>需要</w:t>
      </w:r>
      <w:r w:rsidR="006A7AC7">
        <w:rPr>
          <w:rFonts w:ascii="宋体" w:eastAsia="宋体" w:hAnsi="宋体" w:cs="宋体" w:hint="eastAsia"/>
        </w:rPr>
        <w:t>去</w:t>
      </w:r>
      <w:r>
        <w:t>唐山研究院住宿。相比之下，我们也有值得珍惜的条件。环境有不如意的地方，可以反映、可以争取，但不能把自己的成长全押在环境改善上。</w:t>
      </w:r>
    </w:p>
    <w:p w14:paraId="3CDDE28A" w14:textId="77777777" w:rsidR="003C603A" w:rsidRDefault="00000000">
      <w:r>
        <w:t>这就是第二件事：有为才能有位。把事情做实，把本领练好，把成果拿出来，你在团队里的位置和分量，才会一点一点建立起来。</w:t>
      </w:r>
    </w:p>
    <w:p w14:paraId="2748A5A5" w14:textId="77777777" w:rsidR="003C603A" w:rsidRDefault="00000000">
      <w:pPr>
        <w:pStyle w:val="1"/>
      </w:pPr>
      <w:r>
        <w:t>第三件事：要做有意义的事，更要做有意思的事。</w:t>
      </w:r>
    </w:p>
    <w:p w14:paraId="290778CB" w14:textId="5A92A578" w:rsidR="003C603A" w:rsidRDefault="00000000">
      <w:r>
        <w:t>读研以后，大家每天都会很忙：</w:t>
      </w:r>
      <w:r w:rsidR="001825E4">
        <w:rPr>
          <w:rFonts w:ascii="宋体" w:eastAsia="宋体" w:hAnsi="宋体" w:cs="宋体" w:hint="eastAsia"/>
        </w:rPr>
        <w:t>和</w:t>
      </w:r>
      <w:r>
        <w:t>老师做项目，写论文，做实验、调程序、改报告。我们总希望每一天都过得很充实，都做一些“有意义”的事。这当然重要。</w:t>
      </w:r>
    </w:p>
    <w:p w14:paraId="1EB1D306" w14:textId="77777777" w:rsidR="003C603A" w:rsidRDefault="00000000">
      <w:r>
        <w:t>但我还想说，除了有意义的事，也要给那些你真正感兴趣、觉得有意思的事，留一点时间。</w:t>
      </w:r>
    </w:p>
    <w:p w14:paraId="26F94767" w14:textId="77777777" w:rsidR="003C603A" w:rsidRDefault="00000000">
      <w:r>
        <w:t>我可能是学院里为数不多的、从入职以来就一直在做AI for Science的老师，也就是把人工智能和科学研究结合起来。为什么会走到这个方向？这和我过去的一些兴趣，很有关系。</w:t>
      </w:r>
    </w:p>
    <w:p w14:paraId="4434F310" w14:textId="203D418A" w:rsidR="003C603A" w:rsidRDefault="00000000">
      <w:r>
        <w:t>我的本科和硕士，都是在北京科技大学材料学院读的。北科大的材料学科实力很强，在第五轮学科评估中获评A+</w:t>
      </w:r>
      <w:r w:rsidR="00837A36">
        <w:rPr>
          <w:rFonts w:ascii="宋体" w:eastAsia="宋体" w:hAnsi="宋体" w:cs="宋体" w:hint="eastAsia"/>
        </w:rPr>
        <w:t>，和清华是一个水平</w:t>
      </w:r>
      <w:r>
        <w:t>。大家</w:t>
      </w:r>
      <w:r w:rsidR="00837A36">
        <w:rPr>
          <w:rFonts w:ascii="宋体" w:eastAsia="宋体" w:hAnsi="宋体" w:cs="宋体" w:hint="eastAsia"/>
        </w:rPr>
        <w:t>材料科学</w:t>
      </w:r>
      <w:r>
        <w:t>没有太多概念，那么有一个人，大家大概都知道：脱口秀演员徐志胜。他也是北科大材料学院毕业的</w:t>
      </w:r>
      <w:r w:rsidR="00837A36">
        <w:rPr>
          <w:rFonts w:ascii="宋体" w:eastAsia="宋体" w:hAnsi="宋体" w:cs="宋体" w:hint="eastAsia"/>
        </w:rPr>
        <w:t>，是我师弟</w:t>
      </w:r>
      <w:r>
        <w:t>。是不是不太容易把这两件事联系起来？</w:t>
      </w:r>
      <w:r w:rsidR="00837A36">
        <w:rPr>
          <w:rFonts w:ascii="宋体" w:eastAsia="宋体" w:hAnsi="宋体" w:cs="宋体" w:hint="eastAsia"/>
        </w:rPr>
        <w:t>这就是兴趣的重要性。</w:t>
      </w:r>
    </w:p>
    <w:p w14:paraId="3E5D92F1" w14:textId="51702EE4" w:rsidR="003C603A" w:rsidRDefault="00000000">
      <w:r>
        <w:t>我读书的时候，</w:t>
      </w:r>
      <w:r w:rsidR="00314739">
        <w:rPr>
          <w:rFonts w:ascii="宋体" w:eastAsia="宋体" w:hAnsi="宋体" w:cs="宋体" w:hint="eastAsia"/>
        </w:rPr>
        <w:t>也</w:t>
      </w:r>
      <w:r>
        <w:t>和同学成立过一个乐队，名字叫“电化学乐队”</w:t>
      </w:r>
      <w:r w:rsidR="00837A36">
        <w:rPr>
          <w:rFonts w:ascii="宋体" w:eastAsia="宋体" w:hAnsi="宋体" w:cs="宋体" w:hint="eastAsia"/>
        </w:rPr>
        <w:t>，在youku获得过百万播放量，也上过央视</w:t>
      </w:r>
      <w:r>
        <w:t>。大家感兴趣，可以去搜一搜</w:t>
      </w:r>
      <w:r w:rsidR="00837A36">
        <w:rPr>
          <w:rFonts w:ascii="宋体" w:eastAsia="宋体" w:hAnsi="宋体" w:cs="宋体" w:hint="eastAsia"/>
        </w:rPr>
        <w:t>，我们应该属于初代网红</w:t>
      </w:r>
      <w:r>
        <w:t>。我也是乐队成员，负责唱歌。十几年过去了，现在想起来，还是觉得很有意思。</w:t>
      </w:r>
    </w:p>
    <w:p w14:paraId="26DAF122" w14:textId="77777777" w:rsidR="003C603A" w:rsidRDefault="00000000">
      <w:r>
        <w:t>当然，我们不是只顾着玩，不做学术。我硕士期间，也发表了一篇SCI一区TOP论文，还写了一篇中文文章，两篇文章毕业。该完成的科研工作，我们也在认真做。</w:t>
      </w:r>
    </w:p>
    <w:p w14:paraId="38616711" w14:textId="77777777" w:rsidR="003C603A" w:rsidRDefault="00000000">
      <w:r>
        <w:lastRenderedPageBreak/>
        <w:t>与此同时，我还一直参加计算机程序设计比赛，像Topcoder、百度之星、Google Code Jam。一个学材料的人，到了夜深人静的时候，还在那里琢磨算法、研究题目、写程序。那时候做这些，首先不是为了某一个明确的回报，而是因为自己真的觉得有意思。</w:t>
      </w:r>
    </w:p>
    <w:p w14:paraId="0BBBB61E" w14:textId="77777777" w:rsidR="003C603A" w:rsidRDefault="00000000">
      <w:r>
        <w:t>也正是这份热爱，让我后来加入了无人驾驶创业公司，又进一步取得了计算机与化学交叉领域的博士学位，走到了今天的研究方向。</w:t>
      </w:r>
    </w:p>
    <w:p w14:paraId="3B46668E" w14:textId="77777777" w:rsidR="003C603A" w:rsidRDefault="00000000">
      <w:r>
        <w:t>所以，手头的事情固然重要，也很有意义，但你也要去发现生活中那些真正让自己感兴趣的事情。不要一提到兴趣，就觉得是在“不务正业”；也不要一谈到未来，就只剩下论文、指标和任务。</w:t>
      </w:r>
    </w:p>
    <w:p w14:paraId="16D91E45" w14:textId="77777777" w:rsidR="003C603A" w:rsidRDefault="00000000">
      <w:r>
        <w:t>也许是一场演出，也许是一道算法题，也许是一本专业之外的书。它们未必马上带来一篇论文、一个奖项，却可能在未来的某一天，把你带到一个原先没有想过的地方。</w:t>
      </w:r>
    </w:p>
    <w:p w14:paraId="226AF7E3" w14:textId="77777777" w:rsidR="003C603A" w:rsidRDefault="00000000">
      <w:r>
        <w:t>把该做的事情认真做好，也把喜欢的事情放在心上。这样，你的研究生生活才不只是忙碌，而是充实；不只是有成绩，也有属于自己的滋味。</w:t>
      </w:r>
    </w:p>
    <w:p w14:paraId="7CB4897E" w14:textId="77777777" w:rsidR="003C603A" w:rsidRDefault="00000000">
      <w:pPr>
        <w:pStyle w:val="1"/>
      </w:pPr>
      <w:r>
        <w:t>最后，再说说</w:t>
      </w:r>
      <w:r>
        <w:t>“</w:t>
      </w:r>
      <w:r>
        <w:t>最重要的一段时光</w:t>
      </w:r>
      <w:r>
        <w:t>”</w:t>
      </w:r>
      <w:r>
        <w:t>。</w:t>
      </w:r>
    </w:p>
    <w:p w14:paraId="350B924C" w14:textId="77777777" w:rsidR="003C603A" w:rsidRDefault="00000000">
      <w:r>
        <w:t>回到开头：去年，我说本科四年是人生中最重要的一段时光；今天，我又说研究生三年才是。到底哪一段更重要？</w:t>
      </w:r>
    </w:p>
    <w:p w14:paraId="17F83A44" w14:textId="77777777" w:rsidR="003C603A" w:rsidRDefault="00000000">
      <w:r>
        <w:t>其实，最重要的时光，既可以是本科四年，也可以是研究生三年。它并不只是日历上的一段时间，而是你真正投入其中的每一天。</w:t>
      </w:r>
    </w:p>
    <w:p w14:paraId="28DFEF36" w14:textId="77777777" w:rsidR="003C603A" w:rsidRDefault="00000000">
      <w:r>
        <w:t>是每一天踏踏实实的努力，每一次追根究底的思考，每一次和导师开诚布公的讨论；是每一次遇到困难后的再试一次，每一次与同伴并肩解决问题的合作，也是每一次因为热爱而忘记时间的投入。</w:t>
      </w:r>
    </w:p>
    <w:p w14:paraId="31E8C069" w14:textId="77777777" w:rsidR="003C603A" w:rsidRDefault="00000000">
      <w:r>
        <w:t>这些具体的日子、具体的经历，才让一段时光变得重要。</w:t>
      </w:r>
    </w:p>
    <w:p w14:paraId="7811D7A3" w14:textId="77777777" w:rsidR="003C603A" w:rsidRDefault="00000000">
      <w:r>
        <w:t>最后的最后，我还想分享一段对我影响很深的文字。读研时，我选过一门课，叫《西方哲学史》。那门课让我接触了很多人文方面的知识。也是在研究生阶段，我背下了一段古文。</w:t>
      </w:r>
    </w:p>
    <w:p w14:paraId="5F8A8EEF" w14:textId="77777777" w:rsidR="003C603A" w:rsidRDefault="00000000">
      <w:r>
        <w:lastRenderedPageBreak/>
        <w:t>从那时到现在，每当一个人独处，或者一个人走路的时候，我经常会在心里默默背诵。这段文字出自陈寅恪先生为纪念王国维先生所作的《清华大学王观堂先生纪念碑铭》。今天，我把其中这一段背给大家：</w:t>
      </w:r>
    </w:p>
    <w:p w14:paraId="619A5771" w14:textId="77777777" w:rsidR="003C603A" w:rsidRDefault="00000000">
      <w:pPr>
        <w:pStyle w:val="SpeechQuote"/>
      </w:pPr>
      <w:r>
        <w:t>士之读书治学，盖将以脱心志于俗谛之桎梏，真理因得以发扬。思想而不自由，毋宁死耳。斯古今仁圣所同殉之精义，夫岂庸鄙之敢望？！先生以一死见其独立自由之意志，非所论于一人之恩怨，一姓之兴亡。</w:t>
      </w:r>
    </w:p>
    <w:p w14:paraId="7919641D" w14:textId="77777777" w:rsidR="003C603A" w:rsidRDefault="00000000">
      <w:pPr>
        <w:pStyle w:val="SpeechQuote"/>
      </w:pPr>
      <w:r>
        <w:t>呜呼！树兹石于讲舍，系哀思而不忘；表哲人之奇节，诉真宰之茫茫，来世不可知者也。先生之著述，或有时而不章；先生之学说，或有时而可商；惟此独立之精神，自由之思想，历千万祀，与天壤而同久，共三光而永光。</w:t>
      </w:r>
    </w:p>
    <w:p w14:paraId="5E22931C" w14:textId="77777777" w:rsidR="003C603A" w:rsidRDefault="00000000">
      <w:r>
        <w:t>我把这段文字送给大家，也把其中的期许送给大家：在读书治学中，保持独立思考，珍惜思想的自由，不被眼前的得失束缚，也不忘记自己最初的热爱。</w:t>
      </w:r>
    </w:p>
    <w:p w14:paraId="6F728CA2" w14:textId="77777777" w:rsidR="003C603A" w:rsidRDefault="00000000">
      <w:r>
        <w:t>祝愿大家顺利完成学业，做出扎实的成绩，度过一段有意义、有意思，也真正属于自己的研究生时光。</w:t>
      </w:r>
    </w:p>
    <w:p w14:paraId="5EE3B82E" w14:textId="77777777" w:rsidR="0063013E" w:rsidRDefault="00000000" w:rsidP="00436E39">
      <w:pPr>
        <w:rPr>
          <w:rFonts w:eastAsia="宋体" w:hint="eastAsia"/>
        </w:rPr>
      </w:pPr>
      <w:r>
        <w:t>谢谢大家！</w:t>
      </w:r>
    </w:p>
    <w:p w14:paraId="4B19435F" w14:textId="77777777" w:rsidR="00436E39" w:rsidRDefault="00436E39" w:rsidP="00436E39">
      <w:pPr>
        <w:rPr>
          <w:rFonts w:eastAsia="宋体" w:hint="eastAsia"/>
        </w:rPr>
      </w:pPr>
    </w:p>
    <w:p w14:paraId="14849BBB" w14:textId="77777777" w:rsidR="00436E39" w:rsidRDefault="00436E39" w:rsidP="00436E39">
      <w:pPr>
        <w:rPr>
          <w:rFonts w:eastAsia="宋体" w:hint="eastAsia"/>
        </w:rPr>
      </w:pPr>
    </w:p>
    <w:sectPr w:rsidR="00436E39">
      <w:headerReference w:type="default" r:id="rId8"/>
      <w:footerReference w:type="default" r:id="rId9"/>
      <w:pgSz w:w="11906" w:h="16838"/>
      <w:pgMar w:top="1304" w:right="1389" w:bottom="1247" w:left="1389" w:header="595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6C00E" w14:textId="77777777" w:rsidR="00856EFD" w:rsidRDefault="00856EFD">
      <w:pPr>
        <w:spacing w:after="0" w:line="240" w:lineRule="auto"/>
      </w:pPr>
      <w:r>
        <w:separator/>
      </w:r>
    </w:p>
  </w:endnote>
  <w:endnote w:type="continuationSeparator" w:id="0">
    <w:p w14:paraId="28B3ADED" w14:textId="77777777" w:rsidR="00856EFD" w:rsidRDefault="00856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0DB17" w14:textId="77777777" w:rsidR="003C603A" w:rsidRDefault="00000000">
    <w:pPr>
      <w:pStyle w:val="a7"/>
    </w:pPr>
    <w: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A1524" w14:textId="77777777" w:rsidR="00856EFD" w:rsidRDefault="00856EFD">
      <w:pPr>
        <w:spacing w:after="0" w:line="240" w:lineRule="auto"/>
      </w:pPr>
      <w:r>
        <w:separator/>
      </w:r>
    </w:p>
  </w:footnote>
  <w:footnote w:type="continuationSeparator" w:id="0">
    <w:p w14:paraId="21158112" w14:textId="77777777" w:rsidR="00856EFD" w:rsidRDefault="00856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4E757" w14:textId="77777777" w:rsidR="003C603A" w:rsidRDefault="00000000">
    <w:pPr>
      <w:pStyle w:val="a5"/>
      <w:jc w:val="right"/>
    </w:pPr>
    <w:r>
      <w:t>研究生开学典礼 · 发言稿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0958806">
    <w:abstractNumId w:val="8"/>
  </w:num>
  <w:num w:numId="2" w16cid:durableId="759107698">
    <w:abstractNumId w:val="6"/>
  </w:num>
  <w:num w:numId="3" w16cid:durableId="854540649">
    <w:abstractNumId w:val="5"/>
  </w:num>
  <w:num w:numId="4" w16cid:durableId="1572347281">
    <w:abstractNumId w:val="4"/>
  </w:num>
  <w:num w:numId="5" w16cid:durableId="195429487">
    <w:abstractNumId w:val="7"/>
  </w:num>
  <w:num w:numId="6" w16cid:durableId="1083835440">
    <w:abstractNumId w:val="3"/>
  </w:num>
  <w:num w:numId="7" w16cid:durableId="1604261545">
    <w:abstractNumId w:val="2"/>
  </w:num>
  <w:num w:numId="8" w16cid:durableId="1881473842">
    <w:abstractNumId w:val="1"/>
  </w:num>
  <w:num w:numId="9" w16cid:durableId="166843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8D5"/>
    <w:rsid w:val="0015074B"/>
    <w:rsid w:val="001825E4"/>
    <w:rsid w:val="0029639D"/>
    <w:rsid w:val="00314739"/>
    <w:rsid w:val="00326F90"/>
    <w:rsid w:val="00350C1E"/>
    <w:rsid w:val="003C603A"/>
    <w:rsid w:val="00436E39"/>
    <w:rsid w:val="00572CF6"/>
    <w:rsid w:val="0063013E"/>
    <w:rsid w:val="006A7AC7"/>
    <w:rsid w:val="0072352C"/>
    <w:rsid w:val="00837A36"/>
    <w:rsid w:val="00856EFD"/>
    <w:rsid w:val="00894FEE"/>
    <w:rsid w:val="00963157"/>
    <w:rsid w:val="009D7D8F"/>
    <w:rsid w:val="00A42BB2"/>
    <w:rsid w:val="00AA1D8D"/>
    <w:rsid w:val="00AA31B7"/>
    <w:rsid w:val="00B16494"/>
    <w:rsid w:val="00B47730"/>
    <w:rsid w:val="00C5319C"/>
    <w:rsid w:val="00CB0664"/>
    <w:rsid w:val="00D87665"/>
    <w:rsid w:val="00DD0EE2"/>
    <w:rsid w:val="00E514A1"/>
    <w:rsid w:val="00E6063C"/>
    <w:rsid w:val="00EA0BAB"/>
    <w:rsid w:val="00ED7A97"/>
    <w:rsid w:val="00F21646"/>
    <w:rsid w:val="00F43A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CF041C"/>
  <w14:defaultImageDpi w14:val="300"/>
  <w15:docId w15:val="{3E19191B-639F-4437-BA8D-DFA0A2974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460" w:lineRule="exact"/>
      <w:ind w:firstLine="560"/>
      <w:jc w:val="both"/>
    </w:pPr>
    <w:rPr>
      <w:rFonts w:ascii="Noto Serif CJK SC" w:eastAsia="Noto Serif CJK SC" w:hAnsi="Noto Serif CJK SC" w:cs="Noto Serif CJK SC"/>
      <w:color w:val="000000"/>
      <w:sz w:val="28"/>
      <w:lang w:val="zh-CN" w:eastAsia="zh-C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after="160" w:line="480" w:lineRule="exact"/>
      <w:ind w:firstLine="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exact"/>
      <w:ind w:firstLine="0"/>
    </w:pPr>
    <w:rPr>
      <w:rFonts w:ascii="Noto Sans CJK SC" w:eastAsia="Noto Sans CJK SC" w:hAnsi="Noto Sans CJK SC" w:cs="Noto Sans CJK SC"/>
      <w:color w:val="666666"/>
      <w:sz w:val="18"/>
    </w:r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exact"/>
      <w:ind w:firstLine="0"/>
      <w:jc w:val="center"/>
    </w:pPr>
    <w:rPr>
      <w:rFonts w:ascii="Noto Sans CJK SC" w:eastAsia="Noto Sans CJK SC" w:hAnsi="Noto Sans CJK SC" w:cs="Noto Sans CJK SC"/>
      <w:color w:val="666666"/>
      <w:sz w:val="18"/>
    </w:r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620" w:lineRule="exact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340" w:line="360" w:lineRule="exact"/>
      <w:ind w:firstLine="560"/>
      <w:jc w:val="center"/>
    </w:pPr>
    <w:rPr>
      <w:rFonts w:asciiTheme="majorHAnsi" w:eastAsiaTheme="majorEastAsia" w:hAnsiTheme="majorHAnsi" w:cstheme="majorBidi"/>
      <w:i/>
      <w:iCs/>
      <w:color w:val="555555"/>
      <w:spacing w:val="15"/>
      <w:sz w:val="22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peechQuote">
    <w:name w:val="Speech Quote"/>
    <w:basedOn w:val="a1"/>
  </w:style>
  <w:style w:type="paragraph" w:customStyle="1" w:styleId="EditorNote">
    <w:name w:val="Editor Note"/>
    <w:basedOn w:val="a1"/>
    <w:pPr>
      <w:spacing w:line="320" w:lineRule="exact"/>
      <w:ind w:firstLine="0"/>
    </w:pPr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研究生开学典礼发言稿</dc:title>
  <dc:subject>研究生开学典礼发言稿完整整理版</dc:subject>
  <dc:creator/>
  <cp:keywords>研究生；开学典礼；借力；有为；热爱</cp:keywords>
  <dc:description/>
  <cp:lastModifiedBy>xiaotong liu</cp:lastModifiedBy>
  <cp:revision>20</cp:revision>
  <dcterms:created xsi:type="dcterms:W3CDTF">2013-12-23T23:15:00Z</dcterms:created>
  <dcterms:modified xsi:type="dcterms:W3CDTF">2026-09-06T03:19:00Z</dcterms:modified>
  <cp:category/>
</cp:coreProperties>
</file>